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המבנה החברתי של ימי הביניים ואת 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הכנסייה והאבירים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בציר הזמן של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לשרת את הסניור בתמורה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קונסטנטינופול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מחסור בעובדים ושיפור מעמד חלק מהצמיתים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צמיתים היו קשורים לאדמה ולא יכלו לעזוב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גילדה בחומר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התאריכים המדויקים שמוזכרים בחומר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עיסוקיהם הוגבלו בעיקר למסחר והלוואה בריבית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סניור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המוות השחור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(אדון שמעניק אדמה ומבטיח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(מקבל אדמה ונשבע אמונים לסניור)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(איכר הקשור לאדמה ועובד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(תושב עיר, סוחר או בעל מלאכה)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(הוצאה מהקהילה הנוצרית כעונש)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הכתרת קרל הגדול לקיסר (800)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 הצלב הראשון (1096)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המוות השחור (1347-1351)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נפילת קונסטנטינופול (1453)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סניור הוא האדון שנותן אדמה ומבטיח הגנה; ווסל הוא מי שמקבל את האדמה ומתחייב לשרת את הסניור, בעיקר בשירות צבאי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בעקבות המחסור בעובדים לאחר המגפה, חלק מהצמיתים הצליחו לשפר את מעמדם ולקבל תנאים טובים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לקשר בין סניור, ווסל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קשרי מסחר עם המזרח או פגיעה בקהילות יהודיות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נפילת קונסטנטינופול, המצאת הדפוס, גילוי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הפירמידה הפיאודלית על הלוח כדי להמחיש את ההיררכיה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חוויית החיים של אביר, צמית ובורגן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פרק היהודים באירופה לדיון קצר ורגיש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ימי הביניים נמשכו כאלף שנה, מנפילת רומא המערבית ועד סוף המאה ה-15. באירופה התפתחה חברה חדשה שהתבססה על אדמה, נאמנות ואמונה דתית.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ימי הביניים מתחילים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נפילת רומא המערבית (476)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נפילת קונסטנטינופול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הכתיר את קרל הגדול לקיסר בשנת 800?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קיסר ביזנטי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בישוף קנטרברי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 הווסל בשיטה הפיאודלית?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לשרת את הסניור בתמורה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לגבות מעשר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בבית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הייתה בירת האימפריה הביזנטית?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קונסטנטינופול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אחת מתוצאות המוות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מחסור בעובדים ושיפור מעמד חלק מהצמיתים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גידול מהיר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מיידי של הפיאודליזם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מסעי הצלב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יכול היה לעזוב את אדמת האדון בכל עת בלי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גילדה הייתה איגוד של בעלי מקצוע אחד שקבע מחירים ואיכות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הצלב הראשון יצא ב-1096 וירושלים נכבשה ב-1099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באירופה הנוצרית נהנו מחופש עיסוק מלא בכל המקצועות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עמד בראש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אדון שנותן אדמה תמורת נאמנות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__________ הודח הקיסר הרומי האחרון במערב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המגפה שפשטה באירופה בשנים 1347-1351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איגוד של בעלי מקצוע אחד שקבע מחירים והכשרה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סניור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 אדמה ונשבע אמונים לסניור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איכר הקשור לאדמה ועובד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הוצאה מהקהילה הנוצרית כעונש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בורגן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אדון שמעניק אדמה ומבטיח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תושב עיר, סוחר או בעל מלאכה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קונסטנטינופול (1453)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(1347-1351)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הכתרת קרל הגדול לקיסר (800)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הצלב הראשון (1096)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רומא המערבית (476)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סניור לווסל בשיטה הפיאודלית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השפיע המוות השחור על מעמד הצמיתים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הפיאודליזם ומי משתתף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תוצאה חשובה של מסעי הצלב?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שסימנו את סוף ימי הביניים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ימי הביניים – פיאודליזם, כנסייה ומסעי הצלב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